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נבנית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להשלים משפטים במילה המתאימה מתוך משפחת מילים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פ-ת-ח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כ-ת-ב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התאמת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(פ-ת-ח)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(כ-ת-ב)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(ל-מ-ד)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משפחת מילים נבנית סביב שורש משותף.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השורש של פתק הוא פ-ת-ק, שונה מפ-ת-ח.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כתב, מכתב, כתובת - כולן קשורות לפעולת הכתיבה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נכונה מהשורש כמו למד, תלמיד,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בודקים אם יש להן את אותן שלוש אותיות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עם דוגמת הטיל מהמשחק כדי לחבר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לכתוב על הלוח את השורש ולבקש מהתלמידים למצוא מילים נוספות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בעל פה לפני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ומשפחת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זיהוי שורשים ובניית משפחות מילים, בדומה למשחק הטיל בתחנת שורש ומשפחת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מכתב  ·  מפתח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שורש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"מפתח"?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פ-ת-ח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מ-פ-ת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פ-ת-ק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השורש של המילה "מכתבה"?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מ-כ-ת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כ-ת-ה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כ-ת-ב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השלמה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שכחתי את ה__________ ולא יכולתי לפתוח את הדלת.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אמא שלחה לי __________ יפה ליום ההולדת.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התאמת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כ-ת-ב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ל-מ-ד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תלמיד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פ-ת-ח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כל המילים במשפחת מילים אחת בנויות מאותו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"פתק" שייכת למשפחת המילים של השורש פ-ת-ח.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ויצירה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שלוש מילים מהשורש כ-ת-ב והסבירו בקצרה את הקשר ביניהן.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שורש במילה?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למילה אחת מהשורש ל-מ-ד.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ומשפחת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