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נבנית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במילה המתאימה מתוך משפחת מילים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פ-ת-ח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פ-ת-ח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לגדל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(פ-ת-ח)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(ג-ד-ל)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משפחת מילים נבנית סביב שורש משותף.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של פתק הוא פ-ת-ק, שונה מפ-ת-ח.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רוב השורשים בעברית בנויים משלוש אותיות.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מוסיפים תחיליות וסיומות כדי ליצור מילים חדשות מאותו שורש.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כתב, מכתב, כתובת - כולן קשורות לפעולת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עם מילה כמו גדול, הגדיל או גידול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מהשורש כמו למד, תלמיד,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יש להן את אותן שלוש אותיות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דוגמת הטיל מהמשחק כדי לחבר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לכתוב על הלוח את השורש ולבקש מהתלמידים למצוא מילים נוספות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למצוא את השורש של מילים, ולמצוא מילים שבאות מאותו שורש.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משלוש האותיות שמרכיבות את 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תחילית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שמוסיפים בתחילת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שמוסיפים בסוף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גזורה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חדשה שנבנתה מהשורש בתוספת אותיות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שורש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פ-ת-ח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מ-פ-ת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פ-ת-ק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מ-ת-ח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של המילה התפתחות?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ת-פ-ת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פ-ת-ח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פ-ת-ת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ה-פ-ת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השורש של המילה מכתבה?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כ-ת-ה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ת-ב-ה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המילה 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ל-מ-י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מ-י-ד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קשורה לשורש ש-מ-ר?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מאוחר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השלמה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שכחתי את ה__________ ולא יכולתי לפתוח את הדלת.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התלמידים אהבו מאוד את שיעור ה__________ החדש.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אמא שלחה לי __________ יפה ליום ההולדת.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השוטר עמד ב__________ ושמר על הכניסה לבניין.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הגננת עודדה את הילדים ל__________ את הפרחים במים.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פ-ת-ח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ג-ד-ל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במשפחת מילים אחת בנויות מאותו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"פתק" שייכת למשפחת המילים של השורש פ-ת-ח.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מורכב בדרך כלל משלוש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להוסיף אותיות לשורש כדי ליצור מילים חדשות.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מהשורש כ-ת-ב והסבירו בקצרה את הקשר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חברו משפט אחד שמשתמש במילה מהשורש ג-ד-ל.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 במילה?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מהשורש ל-מ-ד.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אם שתי מילים שייכות לאותה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